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ADAB5" w14:textId="77777777" w:rsidR="00C4672B" w:rsidRDefault="00000000">
      <w:pPr>
        <w:pStyle w:val="a8"/>
        <w:jc w:val="center"/>
        <w:rPr>
          <w:lang w:eastAsia="ko-KR"/>
        </w:rPr>
      </w:pPr>
      <w:r>
        <w:rPr>
          <w:lang w:eastAsia="ko-KR"/>
        </w:rPr>
        <w:t>공</w:t>
      </w:r>
      <w:r>
        <w:rPr>
          <w:lang w:eastAsia="ko-KR"/>
        </w:rPr>
        <w:t xml:space="preserve"> </w:t>
      </w:r>
      <w:r>
        <w:rPr>
          <w:lang w:eastAsia="ko-KR"/>
        </w:rPr>
        <w:t>고</w:t>
      </w:r>
      <w:r>
        <w:rPr>
          <w:lang w:eastAsia="ko-KR"/>
        </w:rPr>
        <w:t xml:space="preserve"> </w:t>
      </w:r>
      <w:r>
        <w:rPr>
          <w:lang w:eastAsia="ko-KR"/>
        </w:rPr>
        <w:t>문</w:t>
      </w:r>
    </w:p>
    <w:p w14:paraId="5AB15940" w14:textId="55554AF8" w:rsidR="00BC6474" w:rsidRDefault="00BC6474">
      <w:pPr>
        <w:pStyle w:val="1"/>
        <w:rPr>
          <w:rFonts w:ascii="맑은 고딕" w:eastAsia="맑은 고딕" w:hAnsi="맑은 고딕" w:cs="맑은 고딕"/>
          <w:lang w:eastAsia="ko-KR"/>
        </w:rPr>
      </w:pPr>
      <w:proofErr w:type="gramStart"/>
      <w:r>
        <w:rPr>
          <w:rFonts w:ascii="맑은 고딕" w:eastAsia="맑은 고딕" w:hAnsi="맑은 고딕" w:cs="맑은 고딕" w:hint="eastAsia"/>
          <w:lang w:eastAsia="ko-KR"/>
        </w:rPr>
        <w:t>공고번호 :</w:t>
      </w:r>
      <w:proofErr w:type="gramEnd"/>
      <w:r>
        <w:rPr>
          <w:rFonts w:ascii="맑은 고딕" w:eastAsia="맑은 고딕" w:hAnsi="맑은 고딕" w:cs="맑은 고딕" w:hint="eastAsia"/>
          <w:lang w:eastAsia="ko-KR"/>
        </w:rPr>
        <w:t xml:space="preserve"> 제20250618-</w:t>
      </w:r>
      <w:r>
        <w:rPr>
          <w:rFonts w:ascii="맑은 고딕" w:eastAsia="맑은 고딕" w:hAnsi="맑은 고딕" w:cs="맑은 고딕" w:hint="eastAsia"/>
          <w:lang w:eastAsia="ko-KR"/>
        </w:rPr>
        <w:t>2</w:t>
      </w:r>
    </w:p>
    <w:p w14:paraId="69A51111" w14:textId="650A6429" w:rsidR="00C4672B" w:rsidRPr="00BC6474" w:rsidRDefault="00000000">
      <w:pPr>
        <w:pStyle w:val="1"/>
        <w:rPr>
          <w:rFonts w:ascii="맑은 고딕" w:eastAsia="맑은 고딕" w:hAnsi="맑은 고딕" w:cs="맑은 고딕"/>
          <w:lang w:eastAsia="ko-KR"/>
        </w:rPr>
      </w:pPr>
      <w:r>
        <w:rPr>
          <w:lang w:eastAsia="ko-KR"/>
        </w:rPr>
        <w:t xml:space="preserve">1. </w:t>
      </w:r>
      <w:r>
        <w:rPr>
          <w:lang w:eastAsia="ko-KR"/>
        </w:rPr>
        <w:t>입찰에</w:t>
      </w:r>
      <w:r>
        <w:rPr>
          <w:lang w:eastAsia="ko-KR"/>
        </w:rPr>
        <w:t xml:space="preserve"> </w:t>
      </w:r>
      <w:r>
        <w:rPr>
          <w:lang w:eastAsia="ko-KR"/>
        </w:rPr>
        <w:t>부치는</w:t>
      </w:r>
      <w:r>
        <w:rPr>
          <w:lang w:eastAsia="ko-KR"/>
        </w:rPr>
        <w:t xml:space="preserve"> </w:t>
      </w:r>
      <w:r>
        <w:rPr>
          <w:lang w:eastAsia="ko-KR"/>
        </w:rPr>
        <w:t>사항</w:t>
      </w:r>
    </w:p>
    <w:p w14:paraId="7C8CA5AB" w14:textId="01425BD9" w:rsidR="00C4672B" w:rsidRPr="00F45BC6" w:rsidRDefault="00000000">
      <w:pPr>
        <w:spacing w:after="120"/>
        <w:rPr>
          <w:rFonts w:eastAsia="맑은 고딕"/>
          <w:sz w:val="24"/>
          <w:szCs w:val="24"/>
          <w:lang w:eastAsia="ko-KR"/>
        </w:rPr>
      </w:pPr>
      <w:r w:rsidRPr="00F45BC6">
        <w:rPr>
          <w:sz w:val="24"/>
          <w:szCs w:val="24"/>
          <w:lang w:eastAsia="ko-KR"/>
        </w:rPr>
        <w:t>가</w:t>
      </w:r>
      <w:r w:rsidRPr="00F45BC6">
        <w:rPr>
          <w:sz w:val="24"/>
          <w:szCs w:val="24"/>
          <w:lang w:eastAsia="ko-KR"/>
        </w:rPr>
        <w:t xml:space="preserve">. </w:t>
      </w:r>
      <w:r w:rsidR="00AC77C6" w:rsidRPr="00F45BC6">
        <w:rPr>
          <w:rFonts w:eastAsia="맑은 고딕" w:hint="eastAsia"/>
          <w:sz w:val="24"/>
          <w:szCs w:val="24"/>
          <w:lang w:eastAsia="ko-KR"/>
        </w:rPr>
        <w:t>계약의</w:t>
      </w:r>
      <w:r w:rsidR="00AC77C6" w:rsidRPr="00F45BC6">
        <w:rPr>
          <w:rFonts w:eastAsia="맑은 고딕" w:hint="eastAsia"/>
          <w:sz w:val="24"/>
          <w:szCs w:val="24"/>
          <w:lang w:eastAsia="ko-KR"/>
        </w:rPr>
        <w:t xml:space="preserve"> </w:t>
      </w:r>
      <w:proofErr w:type="gramStart"/>
      <w:r w:rsidR="00AC77C6" w:rsidRPr="00F45BC6">
        <w:rPr>
          <w:rFonts w:eastAsia="맑은 고딕" w:hint="eastAsia"/>
          <w:sz w:val="24"/>
          <w:szCs w:val="24"/>
          <w:lang w:eastAsia="ko-KR"/>
        </w:rPr>
        <w:t>명칭</w:t>
      </w:r>
      <w:r w:rsidR="00AC77C6" w:rsidRPr="00F45BC6">
        <w:rPr>
          <w:rFonts w:eastAsia="맑은 고딕" w:hint="eastAsia"/>
          <w:sz w:val="24"/>
          <w:szCs w:val="24"/>
          <w:lang w:eastAsia="ko-KR"/>
        </w:rPr>
        <w:t xml:space="preserve"> </w:t>
      </w:r>
      <w:r w:rsidRPr="00F45BC6">
        <w:rPr>
          <w:sz w:val="24"/>
          <w:szCs w:val="24"/>
          <w:lang w:eastAsia="ko-KR"/>
        </w:rPr>
        <w:t>:</w:t>
      </w:r>
      <w:proofErr w:type="gramEnd"/>
      <w:r w:rsidRPr="00F45BC6">
        <w:rPr>
          <w:sz w:val="24"/>
          <w:szCs w:val="24"/>
          <w:lang w:eastAsia="ko-KR"/>
        </w:rPr>
        <w:t xml:space="preserve"> </w:t>
      </w:r>
      <w:r w:rsidR="00CB4FD8">
        <w:rPr>
          <w:rFonts w:ascii="맑은 고딕" w:eastAsia="맑은 고딕" w:hAnsi="맑은 고딕" w:cs="맑은 고딕" w:hint="eastAsia"/>
          <w:b/>
          <w:bCs/>
          <w:sz w:val="24"/>
          <w:szCs w:val="24"/>
          <w:lang w:eastAsia="ko-KR"/>
        </w:rPr>
        <w:t>비 접촉식 면 저항 측정기</w:t>
      </w:r>
    </w:p>
    <w:p w14:paraId="3ABC91EC" w14:textId="7CCE90BD" w:rsidR="00C4672B" w:rsidRPr="00F45BC6" w:rsidRDefault="00000000">
      <w:pPr>
        <w:spacing w:after="120"/>
        <w:rPr>
          <w:rFonts w:eastAsia="맑은 고딕"/>
          <w:sz w:val="24"/>
          <w:szCs w:val="24"/>
          <w:lang w:eastAsia="ko-KR"/>
        </w:rPr>
      </w:pPr>
      <w:r w:rsidRPr="00F45BC6">
        <w:rPr>
          <w:sz w:val="24"/>
          <w:szCs w:val="24"/>
          <w:lang w:eastAsia="ko-KR"/>
        </w:rPr>
        <w:t>나</w:t>
      </w:r>
      <w:r w:rsidRPr="00F45BC6">
        <w:rPr>
          <w:sz w:val="24"/>
          <w:szCs w:val="24"/>
          <w:lang w:eastAsia="ko-KR"/>
        </w:rPr>
        <w:t xml:space="preserve">. </w:t>
      </w:r>
      <w:r w:rsidR="00AC77C6" w:rsidRPr="00F45BC6">
        <w:rPr>
          <w:rFonts w:ascii="맑은 고딕" w:eastAsia="맑은 고딕" w:hAnsi="맑은 고딕" w:cs="맑은 고딕" w:hint="eastAsia"/>
          <w:sz w:val="24"/>
          <w:szCs w:val="24"/>
          <w:lang w:eastAsia="ko-KR"/>
        </w:rPr>
        <w:t xml:space="preserve">제작 </w:t>
      </w:r>
      <w:r w:rsidRPr="00F45BC6">
        <w:rPr>
          <w:sz w:val="24"/>
          <w:szCs w:val="24"/>
          <w:lang w:eastAsia="ko-KR"/>
        </w:rPr>
        <w:t>기간</w:t>
      </w:r>
      <w:r w:rsidRPr="00F45BC6">
        <w:rPr>
          <w:sz w:val="24"/>
          <w:szCs w:val="24"/>
          <w:lang w:eastAsia="ko-KR"/>
        </w:rPr>
        <w:t xml:space="preserve">: </w:t>
      </w:r>
      <w:r w:rsidRPr="00F45BC6">
        <w:rPr>
          <w:sz w:val="24"/>
          <w:szCs w:val="24"/>
          <w:lang w:eastAsia="ko-KR"/>
        </w:rPr>
        <w:t>계약일로부터</w:t>
      </w:r>
      <w:r w:rsidRPr="00F45BC6">
        <w:rPr>
          <w:sz w:val="24"/>
          <w:szCs w:val="24"/>
          <w:lang w:eastAsia="ko-KR"/>
        </w:rPr>
        <w:t xml:space="preserve"> </w:t>
      </w:r>
      <w:r w:rsidR="00AC77C6" w:rsidRPr="00F45BC6">
        <w:rPr>
          <w:rFonts w:eastAsia="맑은 고딕" w:hint="eastAsia"/>
          <w:sz w:val="24"/>
          <w:szCs w:val="24"/>
          <w:lang w:eastAsia="ko-KR"/>
        </w:rPr>
        <w:t>3</w:t>
      </w:r>
      <w:r w:rsidR="00AC77C6" w:rsidRPr="00F45BC6">
        <w:rPr>
          <w:rFonts w:eastAsia="맑은 고딕" w:hint="eastAsia"/>
          <w:sz w:val="24"/>
          <w:szCs w:val="24"/>
          <w:lang w:eastAsia="ko-KR"/>
        </w:rPr>
        <w:t>개월</w:t>
      </w:r>
      <w:r w:rsidR="00AC77C6" w:rsidRPr="00F45BC6">
        <w:rPr>
          <w:rFonts w:eastAsia="맑은 고딕" w:hint="eastAsia"/>
          <w:sz w:val="24"/>
          <w:szCs w:val="24"/>
          <w:lang w:eastAsia="ko-KR"/>
        </w:rPr>
        <w:t xml:space="preserve"> </w:t>
      </w:r>
      <w:r w:rsidR="00AC77C6" w:rsidRPr="00F45BC6">
        <w:rPr>
          <w:rFonts w:eastAsia="맑은 고딕" w:hint="eastAsia"/>
          <w:sz w:val="24"/>
          <w:szCs w:val="24"/>
          <w:lang w:eastAsia="ko-KR"/>
        </w:rPr>
        <w:t>이내</w:t>
      </w:r>
    </w:p>
    <w:p w14:paraId="6F36EDDD" w14:textId="608EFF2B" w:rsidR="00C4672B" w:rsidRPr="00F45BC6" w:rsidRDefault="00000000">
      <w:pPr>
        <w:spacing w:after="120"/>
        <w:rPr>
          <w:rFonts w:eastAsia="맑은 고딕"/>
          <w:sz w:val="24"/>
          <w:szCs w:val="24"/>
          <w:lang w:eastAsia="ko-KR"/>
        </w:rPr>
      </w:pPr>
      <w:r w:rsidRPr="00F45BC6">
        <w:rPr>
          <w:sz w:val="24"/>
          <w:szCs w:val="24"/>
          <w:lang w:eastAsia="ko-KR"/>
        </w:rPr>
        <w:t>다</w:t>
      </w:r>
      <w:r w:rsidRPr="00F45BC6">
        <w:rPr>
          <w:sz w:val="24"/>
          <w:szCs w:val="24"/>
          <w:lang w:eastAsia="ko-KR"/>
        </w:rPr>
        <w:t xml:space="preserve">. </w:t>
      </w:r>
      <w:r w:rsidR="00AC77C6" w:rsidRPr="00F45BC6">
        <w:rPr>
          <w:rFonts w:ascii="맑은 고딕" w:eastAsia="맑은 고딕" w:hAnsi="맑은 고딕" w:cs="맑은 고딕" w:hint="eastAsia"/>
          <w:sz w:val="24"/>
          <w:szCs w:val="24"/>
          <w:lang w:eastAsia="ko-KR"/>
        </w:rPr>
        <w:t xml:space="preserve">입찰 참가 </w:t>
      </w:r>
      <w:r w:rsidR="001521DD" w:rsidRPr="00F45BC6">
        <w:rPr>
          <w:rFonts w:ascii="맑은 고딕" w:eastAsia="맑은 고딕" w:hAnsi="맑은 고딕" w:cs="맑은 고딕" w:hint="eastAsia"/>
          <w:sz w:val="24"/>
          <w:szCs w:val="24"/>
          <w:lang w:eastAsia="ko-KR"/>
        </w:rPr>
        <w:t>사양</w:t>
      </w:r>
      <w:r w:rsidRPr="00F45BC6">
        <w:rPr>
          <w:sz w:val="24"/>
          <w:szCs w:val="24"/>
          <w:lang w:eastAsia="ko-KR"/>
        </w:rPr>
        <w:t xml:space="preserve"> </w:t>
      </w:r>
    </w:p>
    <w:p w14:paraId="223A7932" w14:textId="77777777" w:rsidR="00CB4FD8" w:rsidRPr="00CB4FD8" w:rsidRDefault="00CB4FD8">
      <w:pPr>
        <w:spacing w:after="120"/>
        <w:rPr>
          <w:rFonts w:ascii="Adobe Fan Heiti Std B" w:eastAsia="Adobe Fan Heiti Std B" w:hAnsi="Adobe Fan Heiti Std B"/>
          <w:sz w:val="24"/>
          <w:szCs w:val="24"/>
          <w:lang w:eastAsia="ko-KR"/>
        </w:rPr>
      </w:pPr>
      <w:r w:rsidRPr="00CB4FD8">
        <w:rPr>
          <w:rFonts w:ascii="Adobe Fan Heiti Std B" w:eastAsia="Adobe Fan Heiti Std B" w:hAnsi="Adobe Fan Heiti Std B"/>
          <w:sz w:val="24"/>
          <w:szCs w:val="24"/>
          <w:lang w:eastAsia="ko-KR"/>
        </w:rPr>
        <w:t xml:space="preserve">① Specifications </w:t>
      </w:r>
    </w:p>
    <w:p w14:paraId="46075055" w14:textId="77777777" w:rsidR="00CB4FD8" w:rsidRPr="00CB4FD8" w:rsidRDefault="00CB4FD8">
      <w:pPr>
        <w:spacing w:after="120"/>
        <w:rPr>
          <w:rFonts w:ascii="Adobe Fan Heiti Std B" w:eastAsia="Adobe Fan Heiti Std B" w:hAnsi="Adobe Fan Heiti Std B"/>
          <w:sz w:val="24"/>
          <w:szCs w:val="24"/>
          <w:lang w:eastAsia="ko-KR"/>
        </w:rPr>
      </w:pPr>
      <w:r w:rsidRPr="00CB4FD8">
        <w:rPr>
          <w:rFonts w:ascii="Adobe Fan Heiti Std B" w:eastAsia="Adobe Fan Heiti Std B" w:hAnsi="Adobe Fan Heiti Std B"/>
          <w:sz w:val="24"/>
          <w:szCs w:val="24"/>
          <w:lang w:eastAsia="ko-KR"/>
        </w:rPr>
        <w:t xml:space="preserve">• Real-time measurement </w:t>
      </w:r>
    </w:p>
    <w:p w14:paraId="516EB38D" w14:textId="77777777" w:rsidR="00CB4FD8" w:rsidRPr="00CB4FD8" w:rsidRDefault="00CB4FD8">
      <w:pPr>
        <w:spacing w:after="120"/>
        <w:rPr>
          <w:rFonts w:ascii="Adobe Fan Heiti Std B" w:eastAsia="Adobe Fan Heiti Std B" w:hAnsi="Adobe Fan Heiti Std B"/>
          <w:sz w:val="24"/>
          <w:szCs w:val="24"/>
          <w:lang w:eastAsia="ko-KR"/>
        </w:rPr>
      </w:pPr>
      <w:r w:rsidRPr="00CB4FD8">
        <w:rPr>
          <w:rFonts w:ascii="Adobe Fan Heiti Std B" w:eastAsia="Adobe Fan Heiti Std B" w:hAnsi="Adobe Fan Heiti Std B"/>
          <w:sz w:val="24"/>
          <w:szCs w:val="24"/>
          <w:lang w:eastAsia="ko-KR"/>
        </w:rPr>
        <w:t>• Surface area for substrates up to 400 x 400 mm</w:t>
      </w:r>
      <w:r w:rsidRPr="00CB4FD8">
        <w:rPr>
          <w:rFonts w:ascii="Calibri" w:eastAsia="Adobe Fan Heiti Std B" w:hAnsi="Calibri" w:cs="Calibri"/>
          <w:sz w:val="24"/>
          <w:szCs w:val="24"/>
          <w:lang w:eastAsia="ko-KR"/>
        </w:rPr>
        <w:t>²</w:t>
      </w:r>
      <w:r w:rsidRPr="00CB4FD8">
        <w:rPr>
          <w:rFonts w:ascii="Adobe Fan Heiti Std B" w:eastAsia="Adobe Fan Heiti Std B" w:hAnsi="Adobe Fan Heiti Std B"/>
          <w:sz w:val="24"/>
          <w:szCs w:val="24"/>
          <w:lang w:eastAsia="ko-KR"/>
        </w:rPr>
        <w:t xml:space="preserve"> </w:t>
      </w:r>
    </w:p>
    <w:p w14:paraId="37DABB93" w14:textId="77777777" w:rsidR="00CB4FD8" w:rsidRPr="00CB4FD8" w:rsidRDefault="00CB4FD8">
      <w:pPr>
        <w:spacing w:after="120"/>
        <w:rPr>
          <w:rFonts w:ascii="Adobe Fan Heiti Std B" w:eastAsia="Adobe Fan Heiti Std B" w:hAnsi="Adobe Fan Heiti Std B"/>
          <w:sz w:val="24"/>
          <w:szCs w:val="24"/>
          <w:lang w:eastAsia="ko-KR"/>
        </w:rPr>
      </w:pPr>
      <w:r w:rsidRPr="00CB4FD8">
        <w:rPr>
          <w:rFonts w:ascii="Adobe Fan Heiti Std B" w:eastAsia="Adobe Fan Heiti Std B" w:hAnsi="Adobe Fan Heiti Std B"/>
          <w:sz w:val="24"/>
          <w:szCs w:val="24"/>
          <w:lang w:eastAsia="ko-KR"/>
        </w:rPr>
        <w:t xml:space="preserve">• Gap size: Please refer below information </w:t>
      </w:r>
    </w:p>
    <w:p w14:paraId="7C505618" w14:textId="77777777" w:rsidR="00CB4FD8" w:rsidRPr="00CB4FD8" w:rsidRDefault="00CB4FD8">
      <w:pPr>
        <w:spacing w:after="120"/>
        <w:rPr>
          <w:rFonts w:ascii="Adobe Fan Heiti Std B" w:eastAsia="Adobe Fan Heiti Std B" w:hAnsi="Adobe Fan Heiti Std B"/>
          <w:sz w:val="24"/>
          <w:szCs w:val="24"/>
          <w:lang w:eastAsia="ko-KR"/>
        </w:rPr>
      </w:pPr>
      <w:r w:rsidRPr="00CB4FD8">
        <w:rPr>
          <w:rFonts w:ascii="Adobe Fan Heiti Std B" w:eastAsia="Adobe Fan Heiti Std B" w:hAnsi="Adobe Fan Heiti Std B"/>
          <w:sz w:val="24"/>
          <w:szCs w:val="24"/>
          <w:lang w:eastAsia="ko-KR"/>
        </w:rPr>
        <w:t xml:space="preserve">• Sheet resistance measurement range: 0.001 to 100 Ohm/sq </w:t>
      </w:r>
    </w:p>
    <w:p w14:paraId="7A283B30" w14:textId="77777777" w:rsidR="00CB4FD8" w:rsidRPr="00CB4FD8" w:rsidRDefault="00CB4FD8">
      <w:pPr>
        <w:spacing w:after="120"/>
        <w:rPr>
          <w:rFonts w:ascii="Adobe Fan Heiti Std B" w:eastAsia="Adobe Fan Heiti Std B" w:hAnsi="Adobe Fan Heiti Std B"/>
          <w:sz w:val="24"/>
          <w:szCs w:val="24"/>
          <w:lang w:eastAsia="ko-KR"/>
        </w:rPr>
      </w:pPr>
      <w:r w:rsidRPr="00CB4FD8">
        <w:rPr>
          <w:rFonts w:ascii="Adobe Fan Heiti Std B" w:eastAsia="Adobe Fan Heiti Std B" w:hAnsi="Adobe Fan Heiti Std B"/>
          <w:sz w:val="24"/>
          <w:szCs w:val="24"/>
          <w:lang w:eastAsia="ko-KR"/>
        </w:rPr>
        <w:t xml:space="preserve">• Accuracy at standard sample size 3% accuracy </w:t>
      </w:r>
    </w:p>
    <w:p w14:paraId="06873794" w14:textId="3103CEFB" w:rsidR="00CB4FD8" w:rsidRPr="00CB4FD8" w:rsidRDefault="00CB4FD8">
      <w:pPr>
        <w:spacing w:after="120"/>
        <w:rPr>
          <w:rFonts w:ascii="Adobe Fan Heiti Std B" w:eastAsia="Adobe Fan Heiti Std B" w:hAnsi="Adobe Fan Heiti Std B"/>
          <w:sz w:val="24"/>
          <w:szCs w:val="24"/>
          <w:lang w:eastAsia="ko-KR"/>
        </w:rPr>
      </w:pPr>
      <w:r w:rsidRPr="00CB4FD8">
        <w:rPr>
          <w:rFonts w:ascii="Adobe Fan Heiti Std B" w:eastAsia="Adobe Fan Heiti Std B" w:hAnsi="Adobe Fan Heiti Std B"/>
          <w:sz w:val="24"/>
          <w:szCs w:val="24"/>
          <w:lang w:eastAsia="ko-KR"/>
        </w:rPr>
        <w:t>• One software license EddyCus</w:t>
      </w:r>
      <w:r w:rsidRPr="00CB4FD8">
        <w:rPr>
          <w:rFonts w:ascii="Calibri" w:eastAsia="Adobe Fan Heiti Std B" w:hAnsi="Calibri" w:cs="Calibri"/>
          <w:sz w:val="24"/>
          <w:szCs w:val="24"/>
          <w:lang w:eastAsia="ko-KR"/>
        </w:rPr>
        <w:t>®</w:t>
      </w:r>
      <w:r w:rsidRPr="00CB4FD8">
        <w:rPr>
          <w:rFonts w:ascii="Adobe Fan Heiti Std B" w:eastAsia="Adobe Fan Heiti Std B" w:hAnsi="Adobe Fan Heiti Std B"/>
          <w:sz w:val="24"/>
          <w:szCs w:val="24"/>
          <w:lang w:eastAsia="ko-KR"/>
        </w:rPr>
        <w:t xml:space="preserve"> TF lab Control 2.1 </w:t>
      </w:r>
    </w:p>
    <w:p w14:paraId="76B1D93A" w14:textId="76CBE117" w:rsidR="00AC77C6" w:rsidRPr="00CB4FD8" w:rsidRDefault="00CB4FD8">
      <w:pPr>
        <w:spacing w:after="120"/>
        <w:rPr>
          <w:rFonts w:ascii="Adobe Fan Heiti Std B" w:eastAsia="Adobe Fan Heiti Std B" w:hAnsi="Adobe Fan Heiti Std B"/>
          <w:sz w:val="24"/>
          <w:szCs w:val="24"/>
          <w:lang w:eastAsia="ko-KR"/>
        </w:rPr>
      </w:pPr>
      <w:r w:rsidRPr="00CB4FD8">
        <w:rPr>
          <w:rFonts w:ascii="Adobe Fan Heiti Std B" w:eastAsia="Adobe Fan Heiti Std B" w:hAnsi="Adobe Fan Heiti Std B"/>
          <w:sz w:val="24"/>
          <w:szCs w:val="24"/>
          <w:lang w:eastAsia="ko-KR"/>
        </w:rPr>
        <w:t xml:space="preserve">② System Weight : 20Kg </w:t>
      </w:r>
      <w:proofErr w:type="spellStart"/>
      <w:r w:rsidRPr="00CB4FD8">
        <w:rPr>
          <w:rFonts w:ascii="Adobe Fan Heiti Std B" w:eastAsia="Adobe Fan Heiti Std B" w:hAnsi="Adobe Fan Heiti Std B"/>
          <w:sz w:val="24"/>
          <w:szCs w:val="24"/>
          <w:lang w:eastAsia="ko-KR"/>
        </w:rPr>
        <w:t>Dimention</w:t>
      </w:r>
      <w:proofErr w:type="spellEnd"/>
      <w:r w:rsidRPr="00CB4FD8">
        <w:rPr>
          <w:rFonts w:ascii="Adobe Fan Heiti Std B" w:eastAsia="Adobe Fan Heiti Std B" w:hAnsi="Adobe Fan Heiti Std B"/>
          <w:sz w:val="24"/>
          <w:szCs w:val="24"/>
          <w:lang w:eastAsia="ko-KR"/>
        </w:rPr>
        <w:t xml:space="preserve"> : 760 x 660 x 330 mm ( w/d/h)</w:t>
      </w:r>
    </w:p>
    <w:p w14:paraId="105A029C" w14:textId="77777777" w:rsidR="00CB4FD8" w:rsidRPr="00CB4FD8" w:rsidRDefault="00CB4FD8">
      <w:pPr>
        <w:spacing w:after="120"/>
        <w:rPr>
          <w:rFonts w:eastAsia="맑은 고딕"/>
          <w:sz w:val="24"/>
          <w:szCs w:val="24"/>
          <w:lang w:eastAsia="ko-KR"/>
        </w:rPr>
      </w:pPr>
    </w:p>
    <w:p w14:paraId="29501D0A" w14:textId="1D7D5A90" w:rsidR="00C4672B" w:rsidRPr="00F45BC6" w:rsidRDefault="00000000">
      <w:pPr>
        <w:spacing w:after="120"/>
        <w:rPr>
          <w:sz w:val="24"/>
          <w:szCs w:val="24"/>
          <w:lang w:eastAsia="ko-KR"/>
        </w:rPr>
      </w:pPr>
      <w:r w:rsidRPr="00F45BC6">
        <w:rPr>
          <w:sz w:val="24"/>
          <w:szCs w:val="24"/>
          <w:lang w:eastAsia="ko-KR"/>
        </w:rPr>
        <w:t>라</w:t>
      </w:r>
      <w:r w:rsidRPr="00F45BC6">
        <w:rPr>
          <w:sz w:val="24"/>
          <w:szCs w:val="24"/>
          <w:lang w:eastAsia="ko-KR"/>
        </w:rPr>
        <w:t xml:space="preserve">. </w:t>
      </w:r>
      <w:r w:rsidRPr="00F45BC6">
        <w:rPr>
          <w:sz w:val="24"/>
          <w:szCs w:val="24"/>
          <w:lang w:eastAsia="ko-KR"/>
        </w:rPr>
        <w:t>기초금액</w:t>
      </w:r>
      <w:r w:rsidRPr="00F45BC6">
        <w:rPr>
          <w:sz w:val="24"/>
          <w:szCs w:val="24"/>
          <w:lang w:eastAsia="ko-KR"/>
        </w:rPr>
        <w:t xml:space="preserve">: </w:t>
      </w:r>
      <w:r w:rsidRPr="00F45BC6">
        <w:rPr>
          <w:sz w:val="24"/>
          <w:szCs w:val="24"/>
          <w:lang w:eastAsia="ko-KR"/>
        </w:rPr>
        <w:t>금</w:t>
      </w:r>
      <w:r w:rsidRPr="00F45BC6">
        <w:rPr>
          <w:sz w:val="24"/>
          <w:szCs w:val="24"/>
          <w:lang w:eastAsia="ko-KR"/>
        </w:rPr>
        <w:t xml:space="preserve"> </w:t>
      </w:r>
      <w:r w:rsidR="00CB4FD8">
        <w:rPr>
          <w:rFonts w:eastAsia="맑은 고딕" w:hint="eastAsia"/>
          <w:sz w:val="24"/>
          <w:szCs w:val="24"/>
          <w:lang w:eastAsia="ko-KR"/>
        </w:rPr>
        <w:t>7</w:t>
      </w:r>
      <w:r w:rsidR="00AC77C6" w:rsidRPr="00F45BC6">
        <w:rPr>
          <w:rFonts w:eastAsia="맑은 고딕" w:hint="eastAsia"/>
          <w:sz w:val="24"/>
          <w:szCs w:val="24"/>
          <w:lang w:eastAsia="ko-KR"/>
        </w:rPr>
        <w:t>0</w:t>
      </w:r>
      <w:r w:rsidRPr="00F45BC6">
        <w:rPr>
          <w:sz w:val="24"/>
          <w:szCs w:val="24"/>
          <w:lang w:eastAsia="ko-KR"/>
        </w:rPr>
        <w:t>,000,000</w:t>
      </w:r>
      <w:r w:rsidRPr="00F45BC6">
        <w:rPr>
          <w:sz w:val="24"/>
          <w:szCs w:val="24"/>
          <w:lang w:eastAsia="ko-KR"/>
        </w:rPr>
        <w:t>원</w:t>
      </w:r>
      <w:r w:rsidRPr="00F45BC6">
        <w:rPr>
          <w:sz w:val="24"/>
          <w:szCs w:val="24"/>
          <w:lang w:eastAsia="ko-KR"/>
        </w:rPr>
        <w:t xml:space="preserve"> (</w:t>
      </w:r>
      <w:r w:rsidRPr="00F45BC6">
        <w:rPr>
          <w:sz w:val="24"/>
          <w:szCs w:val="24"/>
          <w:lang w:eastAsia="ko-KR"/>
        </w:rPr>
        <w:t>부가세</w:t>
      </w:r>
      <w:r w:rsidRPr="00F45BC6">
        <w:rPr>
          <w:sz w:val="24"/>
          <w:szCs w:val="24"/>
          <w:lang w:eastAsia="ko-KR"/>
        </w:rPr>
        <w:t xml:space="preserve"> </w:t>
      </w:r>
      <w:r w:rsidRPr="00F45BC6">
        <w:rPr>
          <w:sz w:val="24"/>
          <w:szCs w:val="24"/>
          <w:lang w:eastAsia="ko-KR"/>
        </w:rPr>
        <w:t>포함</w:t>
      </w:r>
      <w:r w:rsidRPr="00F45BC6">
        <w:rPr>
          <w:sz w:val="24"/>
          <w:szCs w:val="24"/>
          <w:lang w:eastAsia="ko-KR"/>
        </w:rPr>
        <w:t>)</w:t>
      </w:r>
    </w:p>
    <w:p w14:paraId="0176D5E3" w14:textId="77777777" w:rsidR="00C4672B" w:rsidRDefault="00000000">
      <w:pPr>
        <w:pStyle w:val="1"/>
        <w:rPr>
          <w:lang w:eastAsia="ko-KR"/>
        </w:rPr>
      </w:pPr>
      <w:r>
        <w:rPr>
          <w:lang w:eastAsia="ko-KR"/>
        </w:rPr>
        <w:t xml:space="preserve">2. </w:t>
      </w:r>
      <w:r>
        <w:rPr>
          <w:lang w:eastAsia="ko-KR"/>
        </w:rPr>
        <w:t>입찰</w:t>
      </w:r>
      <w:r>
        <w:rPr>
          <w:lang w:eastAsia="ko-KR"/>
        </w:rPr>
        <w:t xml:space="preserve"> </w:t>
      </w:r>
      <w:r>
        <w:rPr>
          <w:lang w:eastAsia="ko-KR"/>
        </w:rPr>
        <w:t>및</w:t>
      </w:r>
      <w:r>
        <w:rPr>
          <w:lang w:eastAsia="ko-KR"/>
        </w:rPr>
        <w:t xml:space="preserve"> </w:t>
      </w:r>
      <w:r>
        <w:rPr>
          <w:lang w:eastAsia="ko-KR"/>
        </w:rPr>
        <w:t>계약방식</w:t>
      </w:r>
    </w:p>
    <w:p w14:paraId="46F8235B" w14:textId="04225BB9" w:rsidR="00C4672B" w:rsidRPr="00F45BC6" w:rsidRDefault="00000000">
      <w:pPr>
        <w:spacing w:after="120"/>
        <w:rPr>
          <w:rFonts w:eastAsia="맑은 고딕"/>
          <w:sz w:val="24"/>
          <w:szCs w:val="24"/>
          <w:lang w:eastAsia="ko-KR"/>
        </w:rPr>
      </w:pPr>
      <w:r w:rsidRPr="00F45BC6">
        <w:rPr>
          <w:sz w:val="24"/>
          <w:szCs w:val="24"/>
          <w:lang w:eastAsia="ko-KR"/>
        </w:rPr>
        <w:t>가</w:t>
      </w:r>
      <w:r w:rsidRPr="00F45BC6">
        <w:rPr>
          <w:sz w:val="24"/>
          <w:szCs w:val="24"/>
          <w:lang w:eastAsia="ko-KR"/>
        </w:rPr>
        <w:t xml:space="preserve">. </w:t>
      </w:r>
      <w:r w:rsidRPr="00F45BC6">
        <w:rPr>
          <w:sz w:val="24"/>
          <w:szCs w:val="24"/>
          <w:lang w:eastAsia="ko-KR"/>
        </w:rPr>
        <w:t>입찰방식</w:t>
      </w:r>
      <w:r w:rsidRPr="00F45BC6">
        <w:rPr>
          <w:sz w:val="24"/>
          <w:szCs w:val="24"/>
          <w:lang w:eastAsia="ko-KR"/>
        </w:rPr>
        <w:t xml:space="preserve">: </w:t>
      </w:r>
      <w:r w:rsidR="001521DD" w:rsidRPr="00F45BC6">
        <w:rPr>
          <w:rFonts w:ascii="맑은 고딕" w:eastAsia="맑은 고딕" w:hAnsi="맑은 고딕" w:cs="맑은 고딕" w:hint="eastAsia"/>
          <w:sz w:val="24"/>
          <w:szCs w:val="24"/>
          <w:lang w:eastAsia="ko-KR"/>
        </w:rPr>
        <w:t>공개입찰</w:t>
      </w:r>
    </w:p>
    <w:p w14:paraId="38713540" w14:textId="39F07B54" w:rsidR="00C4672B" w:rsidRDefault="00000000">
      <w:pPr>
        <w:spacing w:after="120"/>
        <w:rPr>
          <w:rFonts w:eastAsia="맑은 고딕"/>
          <w:sz w:val="24"/>
          <w:szCs w:val="24"/>
          <w:lang w:eastAsia="ko-KR"/>
        </w:rPr>
      </w:pPr>
      <w:r w:rsidRPr="00F45BC6">
        <w:rPr>
          <w:sz w:val="24"/>
          <w:szCs w:val="24"/>
          <w:lang w:eastAsia="ko-KR"/>
        </w:rPr>
        <w:t>나</w:t>
      </w:r>
      <w:r w:rsidRPr="00F45BC6">
        <w:rPr>
          <w:sz w:val="24"/>
          <w:szCs w:val="24"/>
          <w:lang w:eastAsia="ko-KR"/>
        </w:rPr>
        <w:t xml:space="preserve">. </w:t>
      </w:r>
      <w:r w:rsidRPr="00F45BC6">
        <w:rPr>
          <w:sz w:val="24"/>
          <w:szCs w:val="24"/>
          <w:lang w:eastAsia="ko-KR"/>
        </w:rPr>
        <w:t>계약방식</w:t>
      </w:r>
      <w:r w:rsidRPr="00F45BC6">
        <w:rPr>
          <w:sz w:val="24"/>
          <w:szCs w:val="24"/>
          <w:lang w:eastAsia="ko-KR"/>
        </w:rPr>
        <w:t xml:space="preserve">: </w:t>
      </w:r>
      <w:r w:rsidRPr="00F45BC6">
        <w:rPr>
          <w:sz w:val="24"/>
          <w:szCs w:val="24"/>
          <w:lang w:eastAsia="ko-KR"/>
        </w:rPr>
        <w:t>제한경쟁</w:t>
      </w:r>
      <w:r w:rsidRPr="00F45BC6">
        <w:rPr>
          <w:sz w:val="24"/>
          <w:szCs w:val="24"/>
          <w:lang w:eastAsia="ko-KR"/>
        </w:rPr>
        <w:t xml:space="preserve"> </w:t>
      </w:r>
    </w:p>
    <w:p w14:paraId="6603AC2F" w14:textId="77777777" w:rsidR="00CB4FD8" w:rsidRPr="00CB4FD8" w:rsidRDefault="00CB4FD8">
      <w:pPr>
        <w:spacing w:after="120"/>
        <w:rPr>
          <w:rFonts w:eastAsia="맑은 고딕"/>
          <w:sz w:val="24"/>
          <w:szCs w:val="24"/>
          <w:lang w:eastAsia="ko-KR"/>
        </w:rPr>
      </w:pPr>
    </w:p>
    <w:p w14:paraId="6A14995C" w14:textId="77777777" w:rsidR="00C4672B" w:rsidRDefault="00000000">
      <w:pPr>
        <w:pStyle w:val="1"/>
        <w:rPr>
          <w:lang w:eastAsia="ko-KR"/>
        </w:rPr>
      </w:pPr>
      <w:r>
        <w:rPr>
          <w:lang w:eastAsia="ko-KR"/>
        </w:rPr>
        <w:lastRenderedPageBreak/>
        <w:t xml:space="preserve">3. </w:t>
      </w:r>
      <w:r>
        <w:rPr>
          <w:lang w:eastAsia="ko-KR"/>
        </w:rPr>
        <w:t>입찰</w:t>
      </w:r>
      <w:r>
        <w:rPr>
          <w:lang w:eastAsia="ko-KR"/>
        </w:rPr>
        <w:t xml:space="preserve"> </w:t>
      </w:r>
      <w:r>
        <w:rPr>
          <w:lang w:eastAsia="ko-KR"/>
        </w:rPr>
        <w:t>참가자격</w:t>
      </w:r>
    </w:p>
    <w:p w14:paraId="334C58B5" w14:textId="77777777" w:rsidR="00C4672B" w:rsidRPr="00F45BC6" w:rsidRDefault="00000000">
      <w:pPr>
        <w:spacing w:after="120"/>
        <w:rPr>
          <w:sz w:val="24"/>
          <w:szCs w:val="24"/>
          <w:lang w:eastAsia="ko-KR"/>
        </w:rPr>
      </w:pPr>
      <w:r w:rsidRPr="00F45BC6">
        <w:rPr>
          <w:sz w:val="24"/>
          <w:szCs w:val="24"/>
          <w:lang w:eastAsia="ko-KR"/>
        </w:rPr>
        <w:t>가</w:t>
      </w:r>
      <w:r w:rsidRPr="00F45BC6">
        <w:rPr>
          <w:sz w:val="24"/>
          <w:szCs w:val="24"/>
          <w:lang w:eastAsia="ko-KR"/>
        </w:rPr>
        <w:t xml:space="preserve">. </w:t>
      </w:r>
      <w:r w:rsidRPr="00F45BC6">
        <w:rPr>
          <w:sz w:val="24"/>
          <w:szCs w:val="24"/>
          <w:lang w:eastAsia="ko-KR"/>
        </w:rPr>
        <w:t>국가계약법</w:t>
      </w:r>
      <w:r w:rsidRPr="00F45BC6">
        <w:rPr>
          <w:sz w:val="24"/>
          <w:szCs w:val="24"/>
          <w:lang w:eastAsia="ko-KR"/>
        </w:rPr>
        <w:t xml:space="preserve"> </w:t>
      </w:r>
      <w:r w:rsidRPr="00F45BC6">
        <w:rPr>
          <w:sz w:val="24"/>
          <w:szCs w:val="24"/>
          <w:lang w:eastAsia="ko-KR"/>
        </w:rPr>
        <w:t>시행령</w:t>
      </w:r>
      <w:r w:rsidRPr="00F45BC6">
        <w:rPr>
          <w:sz w:val="24"/>
          <w:szCs w:val="24"/>
          <w:lang w:eastAsia="ko-KR"/>
        </w:rPr>
        <w:t xml:space="preserve"> </w:t>
      </w:r>
      <w:r w:rsidRPr="00F45BC6">
        <w:rPr>
          <w:sz w:val="24"/>
          <w:szCs w:val="24"/>
          <w:lang w:eastAsia="ko-KR"/>
        </w:rPr>
        <w:t>제</w:t>
      </w:r>
      <w:r w:rsidRPr="00F45BC6">
        <w:rPr>
          <w:sz w:val="24"/>
          <w:szCs w:val="24"/>
          <w:lang w:eastAsia="ko-KR"/>
        </w:rPr>
        <w:t>12</w:t>
      </w:r>
      <w:r w:rsidRPr="00F45BC6">
        <w:rPr>
          <w:sz w:val="24"/>
          <w:szCs w:val="24"/>
          <w:lang w:eastAsia="ko-KR"/>
        </w:rPr>
        <w:t>조</w:t>
      </w:r>
      <w:r w:rsidRPr="00F45BC6">
        <w:rPr>
          <w:sz w:val="24"/>
          <w:szCs w:val="24"/>
          <w:lang w:eastAsia="ko-KR"/>
        </w:rPr>
        <w:t xml:space="preserve"> </w:t>
      </w:r>
      <w:r w:rsidRPr="00F45BC6">
        <w:rPr>
          <w:sz w:val="24"/>
          <w:szCs w:val="24"/>
          <w:lang w:eastAsia="ko-KR"/>
        </w:rPr>
        <w:t>및</w:t>
      </w:r>
      <w:r w:rsidRPr="00F45BC6">
        <w:rPr>
          <w:sz w:val="24"/>
          <w:szCs w:val="24"/>
          <w:lang w:eastAsia="ko-KR"/>
        </w:rPr>
        <w:t xml:space="preserve"> </w:t>
      </w:r>
      <w:r w:rsidRPr="00F45BC6">
        <w:rPr>
          <w:sz w:val="24"/>
          <w:szCs w:val="24"/>
          <w:lang w:eastAsia="ko-KR"/>
        </w:rPr>
        <w:t>제</w:t>
      </w:r>
      <w:r w:rsidRPr="00F45BC6">
        <w:rPr>
          <w:sz w:val="24"/>
          <w:szCs w:val="24"/>
          <w:lang w:eastAsia="ko-KR"/>
        </w:rPr>
        <w:t>76</w:t>
      </w:r>
      <w:r w:rsidRPr="00F45BC6">
        <w:rPr>
          <w:sz w:val="24"/>
          <w:szCs w:val="24"/>
          <w:lang w:eastAsia="ko-KR"/>
        </w:rPr>
        <w:t>조에</w:t>
      </w:r>
      <w:r w:rsidRPr="00F45BC6">
        <w:rPr>
          <w:sz w:val="24"/>
          <w:szCs w:val="24"/>
          <w:lang w:eastAsia="ko-KR"/>
        </w:rPr>
        <w:t xml:space="preserve"> </w:t>
      </w:r>
      <w:r w:rsidRPr="00F45BC6">
        <w:rPr>
          <w:sz w:val="24"/>
          <w:szCs w:val="24"/>
          <w:lang w:eastAsia="ko-KR"/>
        </w:rPr>
        <w:t>의한</w:t>
      </w:r>
      <w:r w:rsidRPr="00F45BC6">
        <w:rPr>
          <w:sz w:val="24"/>
          <w:szCs w:val="24"/>
          <w:lang w:eastAsia="ko-KR"/>
        </w:rPr>
        <w:t xml:space="preserve"> </w:t>
      </w:r>
      <w:r w:rsidRPr="00F45BC6">
        <w:rPr>
          <w:sz w:val="24"/>
          <w:szCs w:val="24"/>
          <w:lang w:eastAsia="ko-KR"/>
        </w:rPr>
        <w:t>자격</w:t>
      </w:r>
      <w:r w:rsidRPr="00F45BC6">
        <w:rPr>
          <w:sz w:val="24"/>
          <w:szCs w:val="24"/>
          <w:lang w:eastAsia="ko-KR"/>
        </w:rPr>
        <w:t xml:space="preserve"> </w:t>
      </w:r>
      <w:r w:rsidRPr="00F45BC6">
        <w:rPr>
          <w:sz w:val="24"/>
          <w:szCs w:val="24"/>
          <w:lang w:eastAsia="ko-KR"/>
        </w:rPr>
        <w:t>요건을</w:t>
      </w:r>
      <w:r w:rsidRPr="00F45BC6">
        <w:rPr>
          <w:sz w:val="24"/>
          <w:szCs w:val="24"/>
          <w:lang w:eastAsia="ko-KR"/>
        </w:rPr>
        <w:t xml:space="preserve"> </w:t>
      </w:r>
      <w:r w:rsidRPr="00F45BC6">
        <w:rPr>
          <w:sz w:val="24"/>
          <w:szCs w:val="24"/>
          <w:lang w:eastAsia="ko-KR"/>
        </w:rPr>
        <w:t>갖춘</w:t>
      </w:r>
      <w:r w:rsidRPr="00F45BC6">
        <w:rPr>
          <w:sz w:val="24"/>
          <w:szCs w:val="24"/>
          <w:lang w:eastAsia="ko-KR"/>
        </w:rPr>
        <w:t xml:space="preserve"> </w:t>
      </w:r>
      <w:r w:rsidRPr="00F45BC6">
        <w:rPr>
          <w:sz w:val="24"/>
          <w:szCs w:val="24"/>
          <w:lang w:eastAsia="ko-KR"/>
        </w:rPr>
        <w:t>자</w:t>
      </w:r>
    </w:p>
    <w:p w14:paraId="12F3DC04" w14:textId="77777777" w:rsidR="00C4672B" w:rsidRPr="00F45BC6" w:rsidRDefault="00000000">
      <w:pPr>
        <w:spacing w:after="120"/>
        <w:rPr>
          <w:sz w:val="24"/>
          <w:szCs w:val="24"/>
          <w:lang w:eastAsia="ko-KR"/>
        </w:rPr>
      </w:pPr>
      <w:r w:rsidRPr="00F45BC6">
        <w:rPr>
          <w:sz w:val="24"/>
          <w:szCs w:val="24"/>
          <w:lang w:eastAsia="ko-KR"/>
        </w:rPr>
        <w:t>나</w:t>
      </w:r>
      <w:r w:rsidRPr="00F45BC6">
        <w:rPr>
          <w:sz w:val="24"/>
          <w:szCs w:val="24"/>
          <w:lang w:eastAsia="ko-KR"/>
        </w:rPr>
        <w:t xml:space="preserve">. </w:t>
      </w:r>
      <w:r w:rsidRPr="00F45BC6">
        <w:rPr>
          <w:sz w:val="24"/>
          <w:szCs w:val="24"/>
          <w:lang w:eastAsia="ko-KR"/>
        </w:rPr>
        <w:t>관련</w:t>
      </w:r>
      <w:r w:rsidRPr="00F45BC6">
        <w:rPr>
          <w:sz w:val="24"/>
          <w:szCs w:val="24"/>
          <w:lang w:eastAsia="ko-KR"/>
        </w:rPr>
        <w:t xml:space="preserve"> </w:t>
      </w:r>
      <w:r w:rsidRPr="00F45BC6">
        <w:rPr>
          <w:sz w:val="24"/>
          <w:szCs w:val="24"/>
          <w:lang w:eastAsia="ko-KR"/>
        </w:rPr>
        <w:t>업종</w:t>
      </w:r>
      <w:r w:rsidRPr="00F45BC6">
        <w:rPr>
          <w:sz w:val="24"/>
          <w:szCs w:val="24"/>
          <w:lang w:eastAsia="ko-KR"/>
        </w:rPr>
        <w:t xml:space="preserve"> </w:t>
      </w:r>
      <w:r w:rsidRPr="00F45BC6">
        <w:rPr>
          <w:sz w:val="24"/>
          <w:szCs w:val="24"/>
          <w:lang w:eastAsia="ko-KR"/>
        </w:rPr>
        <w:t>등록</w:t>
      </w:r>
      <w:r w:rsidRPr="00F45BC6">
        <w:rPr>
          <w:sz w:val="24"/>
          <w:szCs w:val="24"/>
          <w:lang w:eastAsia="ko-KR"/>
        </w:rPr>
        <w:t xml:space="preserve"> </w:t>
      </w:r>
      <w:r w:rsidRPr="00F45BC6">
        <w:rPr>
          <w:sz w:val="24"/>
          <w:szCs w:val="24"/>
          <w:lang w:eastAsia="ko-KR"/>
        </w:rPr>
        <w:t>필수</w:t>
      </w:r>
      <w:r w:rsidRPr="00F45BC6">
        <w:rPr>
          <w:sz w:val="24"/>
          <w:szCs w:val="24"/>
          <w:lang w:eastAsia="ko-KR"/>
        </w:rPr>
        <w:t xml:space="preserve"> (</w:t>
      </w:r>
      <w:r w:rsidRPr="00F45BC6">
        <w:rPr>
          <w:sz w:val="24"/>
          <w:szCs w:val="24"/>
          <w:lang w:eastAsia="ko-KR"/>
        </w:rPr>
        <w:t>정보통신공사업</w:t>
      </w:r>
      <w:r w:rsidRPr="00F45BC6">
        <w:rPr>
          <w:sz w:val="24"/>
          <w:szCs w:val="24"/>
          <w:lang w:eastAsia="ko-KR"/>
        </w:rPr>
        <w:t xml:space="preserve"> </w:t>
      </w:r>
      <w:r w:rsidRPr="00F45BC6">
        <w:rPr>
          <w:sz w:val="24"/>
          <w:szCs w:val="24"/>
          <w:lang w:eastAsia="ko-KR"/>
        </w:rPr>
        <w:t>또는</w:t>
      </w:r>
      <w:r w:rsidRPr="00F45BC6">
        <w:rPr>
          <w:sz w:val="24"/>
          <w:szCs w:val="24"/>
          <w:lang w:eastAsia="ko-KR"/>
        </w:rPr>
        <w:t xml:space="preserve"> </w:t>
      </w:r>
      <w:r w:rsidRPr="00F45BC6">
        <w:rPr>
          <w:sz w:val="24"/>
          <w:szCs w:val="24"/>
          <w:lang w:eastAsia="ko-KR"/>
        </w:rPr>
        <w:t>전산장비</w:t>
      </w:r>
      <w:r w:rsidRPr="00F45BC6">
        <w:rPr>
          <w:sz w:val="24"/>
          <w:szCs w:val="24"/>
          <w:lang w:eastAsia="ko-KR"/>
        </w:rPr>
        <w:t xml:space="preserve"> </w:t>
      </w:r>
      <w:r w:rsidRPr="00F45BC6">
        <w:rPr>
          <w:sz w:val="24"/>
          <w:szCs w:val="24"/>
          <w:lang w:eastAsia="ko-KR"/>
        </w:rPr>
        <w:t>유지관리업</w:t>
      </w:r>
      <w:r w:rsidRPr="00F45BC6">
        <w:rPr>
          <w:sz w:val="24"/>
          <w:szCs w:val="24"/>
          <w:lang w:eastAsia="ko-KR"/>
        </w:rPr>
        <w:t xml:space="preserve"> </w:t>
      </w:r>
      <w:r w:rsidRPr="00F45BC6">
        <w:rPr>
          <w:sz w:val="24"/>
          <w:szCs w:val="24"/>
          <w:lang w:eastAsia="ko-KR"/>
        </w:rPr>
        <w:t>등</w:t>
      </w:r>
      <w:r w:rsidRPr="00F45BC6">
        <w:rPr>
          <w:sz w:val="24"/>
          <w:szCs w:val="24"/>
          <w:lang w:eastAsia="ko-KR"/>
        </w:rPr>
        <w:t>)</w:t>
      </w:r>
    </w:p>
    <w:p w14:paraId="304C4B23" w14:textId="77777777" w:rsidR="00C4672B" w:rsidRDefault="00000000">
      <w:pPr>
        <w:pStyle w:val="1"/>
        <w:rPr>
          <w:lang w:eastAsia="ko-KR"/>
        </w:rPr>
      </w:pPr>
      <w:r>
        <w:rPr>
          <w:lang w:eastAsia="ko-KR"/>
        </w:rPr>
        <w:t xml:space="preserve">4. </w:t>
      </w:r>
      <w:r>
        <w:rPr>
          <w:lang w:eastAsia="ko-KR"/>
        </w:rPr>
        <w:t>입찰서</w:t>
      </w:r>
      <w:r>
        <w:rPr>
          <w:lang w:eastAsia="ko-KR"/>
        </w:rPr>
        <w:t xml:space="preserve"> </w:t>
      </w:r>
      <w:r>
        <w:rPr>
          <w:lang w:eastAsia="ko-KR"/>
        </w:rPr>
        <w:t>제출</w:t>
      </w:r>
    </w:p>
    <w:p w14:paraId="79EB54B4" w14:textId="040F0EF6" w:rsidR="00C4672B" w:rsidRPr="00F45BC6" w:rsidRDefault="00000000">
      <w:pPr>
        <w:spacing w:after="120"/>
        <w:rPr>
          <w:sz w:val="24"/>
          <w:szCs w:val="24"/>
          <w:lang w:eastAsia="ko-KR"/>
        </w:rPr>
      </w:pPr>
      <w:r w:rsidRPr="00F45BC6">
        <w:rPr>
          <w:sz w:val="24"/>
          <w:szCs w:val="24"/>
          <w:lang w:eastAsia="ko-KR"/>
        </w:rPr>
        <w:t>가</w:t>
      </w:r>
      <w:r w:rsidRPr="00F45BC6">
        <w:rPr>
          <w:sz w:val="24"/>
          <w:szCs w:val="24"/>
          <w:lang w:eastAsia="ko-KR"/>
        </w:rPr>
        <w:t xml:space="preserve">. </w:t>
      </w:r>
      <w:r w:rsidRPr="00F45BC6">
        <w:rPr>
          <w:sz w:val="24"/>
          <w:szCs w:val="24"/>
          <w:lang w:eastAsia="ko-KR"/>
        </w:rPr>
        <w:t>제출기간</w:t>
      </w:r>
      <w:r w:rsidRPr="00F45BC6">
        <w:rPr>
          <w:sz w:val="24"/>
          <w:szCs w:val="24"/>
          <w:lang w:eastAsia="ko-KR"/>
        </w:rPr>
        <w:t>: 2025.06.</w:t>
      </w:r>
      <w:r w:rsidR="00AC77C6" w:rsidRPr="00F45BC6">
        <w:rPr>
          <w:rFonts w:eastAsia="맑은 고딕" w:hint="eastAsia"/>
          <w:sz w:val="24"/>
          <w:szCs w:val="24"/>
          <w:lang w:eastAsia="ko-KR"/>
        </w:rPr>
        <w:t>18</w:t>
      </w:r>
      <w:r w:rsidRPr="00F45BC6">
        <w:rPr>
          <w:sz w:val="24"/>
          <w:szCs w:val="24"/>
          <w:lang w:eastAsia="ko-KR"/>
        </w:rPr>
        <w:t>.(</w:t>
      </w:r>
      <w:r w:rsidR="00AC77C6" w:rsidRPr="00F45BC6">
        <w:rPr>
          <w:rFonts w:ascii="맑은 고딕" w:eastAsia="맑은 고딕" w:hAnsi="맑은 고딕" w:cs="맑은 고딕" w:hint="eastAsia"/>
          <w:sz w:val="24"/>
          <w:szCs w:val="24"/>
          <w:lang w:eastAsia="ko-KR"/>
        </w:rPr>
        <w:t>수</w:t>
      </w:r>
      <w:r w:rsidRPr="00F45BC6">
        <w:rPr>
          <w:sz w:val="24"/>
          <w:szCs w:val="24"/>
          <w:lang w:eastAsia="ko-KR"/>
        </w:rPr>
        <w:t>) 09:00 ~ 2025.0</w:t>
      </w:r>
      <w:r w:rsidR="001521DD" w:rsidRPr="00F45BC6">
        <w:rPr>
          <w:rFonts w:eastAsia="맑은 고딕" w:hint="eastAsia"/>
          <w:sz w:val="24"/>
          <w:szCs w:val="24"/>
          <w:lang w:eastAsia="ko-KR"/>
        </w:rPr>
        <w:t>6</w:t>
      </w:r>
      <w:r w:rsidRPr="00F45BC6">
        <w:rPr>
          <w:sz w:val="24"/>
          <w:szCs w:val="24"/>
          <w:lang w:eastAsia="ko-KR"/>
        </w:rPr>
        <w:t>.</w:t>
      </w:r>
      <w:r w:rsidR="001521DD" w:rsidRPr="00F45BC6">
        <w:rPr>
          <w:rFonts w:eastAsia="맑은 고딕" w:hint="eastAsia"/>
          <w:sz w:val="24"/>
          <w:szCs w:val="24"/>
          <w:lang w:eastAsia="ko-KR"/>
        </w:rPr>
        <w:t>27</w:t>
      </w:r>
      <w:r w:rsidRPr="00F45BC6">
        <w:rPr>
          <w:sz w:val="24"/>
          <w:szCs w:val="24"/>
          <w:lang w:eastAsia="ko-KR"/>
        </w:rPr>
        <w:t>.(</w:t>
      </w:r>
      <w:r w:rsidR="001521DD" w:rsidRPr="00F45BC6">
        <w:rPr>
          <w:rFonts w:ascii="맑은 고딕" w:eastAsia="맑은 고딕" w:hAnsi="맑은 고딕" w:cs="맑은 고딕" w:hint="eastAsia"/>
          <w:sz w:val="24"/>
          <w:szCs w:val="24"/>
          <w:lang w:eastAsia="ko-KR"/>
        </w:rPr>
        <w:t>금</w:t>
      </w:r>
      <w:r w:rsidRPr="00F45BC6">
        <w:rPr>
          <w:sz w:val="24"/>
          <w:szCs w:val="24"/>
          <w:lang w:eastAsia="ko-KR"/>
        </w:rPr>
        <w:t>) 1</w:t>
      </w:r>
      <w:r w:rsidR="001521DD" w:rsidRPr="00F45BC6">
        <w:rPr>
          <w:rFonts w:eastAsia="맑은 고딕" w:hint="eastAsia"/>
          <w:sz w:val="24"/>
          <w:szCs w:val="24"/>
          <w:lang w:eastAsia="ko-KR"/>
        </w:rPr>
        <w:t>6</w:t>
      </w:r>
      <w:r w:rsidRPr="00F45BC6">
        <w:rPr>
          <w:sz w:val="24"/>
          <w:szCs w:val="24"/>
          <w:lang w:eastAsia="ko-KR"/>
        </w:rPr>
        <w:t>:00</w:t>
      </w:r>
    </w:p>
    <w:p w14:paraId="541D792C" w14:textId="11C24752" w:rsidR="00C4672B" w:rsidRPr="00F45BC6" w:rsidRDefault="00000000">
      <w:pPr>
        <w:spacing w:after="120"/>
        <w:rPr>
          <w:rFonts w:ascii="맑은 고딕" w:eastAsia="맑은 고딕" w:hAnsi="맑은 고딕" w:cs="맑은 고딕"/>
          <w:sz w:val="24"/>
          <w:szCs w:val="24"/>
          <w:lang w:eastAsia="ko-KR"/>
        </w:rPr>
      </w:pPr>
      <w:r w:rsidRPr="00F45BC6">
        <w:rPr>
          <w:sz w:val="24"/>
          <w:szCs w:val="24"/>
          <w:lang w:eastAsia="ko-KR"/>
        </w:rPr>
        <w:t>나</w:t>
      </w:r>
      <w:r w:rsidRPr="00F45BC6">
        <w:rPr>
          <w:sz w:val="24"/>
          <w:szCs w:val="24"/>
          <w:lang w:eastAsia="ko-KR"/>
        </w:rPr>
        <w:t xml:space="preserve">. </w:t>
      </w:r>
      <w:r w:rsidRPr="00F45BC6">
        <w:rPr>
          <w:sz w:val="24"/>
          <w:szCs w:val="24"/>
          <w:lang w:eastAsia="ko-KR"/>
        </w:rPr>
        <w:t>제출방법</w:t>
      </w:r>
      <w:r w:rsidRPr="00F45BC6">
        <w:rPr>
          <w:sz w:val="24"/>
          <w:szCs w:val="24"/>
          <w:lang w:eastAsia="ko-KR"/>
        </w:rPr>
        <w:t xml:space="preserve">: </w:t>
      </w:r>
      <w:r w:rsidR="001521DD" w:rsidRPr="00F45BC6">
        <w:rPr>
          <w:rFonts w:eastAsia="맑은 고딕" w:hint="eastAsia"/>
          <w:sz w:val="24"/>
          <w:szCs w:val="24"/>
          <w:lang w:eastAsia="ko-KR"/>
        </w:rPr>
        <w:t xml:space="preserve"> </w:t>
      </w:r>
      <w:r w:rsidR="001521DD" w:rsidRPr="00F45BC6">
        <w:rPr>
          <w:rFonts w:ascii="맑은 고딕" w:eastAsia="맑은 고딕" w:hAnsi="맑은 고딕" w:cs="맑은 고딕" w:hint="eastAsia"/>
          <w:sz w:val="24"/>
          <w:szCs w:val="24"/>
          <w:lang w:eastAsia="ko-KR"/>
        </w:rPr>
        <w:t xml:space="preserve">홈페이지 이메일 주소 견적서 및 사양서 제출 </w:t>
      </w:r>
    </w:p>
    <w:p w14:paraId="6658C95E" w14:textId="7A413E74" w:rsidR="001521DD" w:rsidRPr="00F45BC6" w:rsidRDefault="001521DD">
      <w:pPr>
        <w:spacing w:after="120"/>
        <w:rPr>
          <w:rFonts w:ascii="맑은 고딕" w:eastAsia="맑은 고딕" w:hAnsi="맑은 고딕" w:cs="맑은 고딕"/>
          <w:sz w:val="24"/>
          <w:szCs w:val="24"/>
          <w:lang w:eastAsia="ko-KR"/>
        </w:rPr>
      </w:pPr>
      <w:r w:rsidRPr="00F45BC6">
        <w:rPr>
          <w:rFonts w:ascii="맑은 고딕" w:eastAsia="맑은 고딕" w:hAnsi="맑은 고딕" w:cs="맑은 고딕" w:hint="eastAsia"/>
          <w:sz w:val="24"/>
          <w:szCs w:val="24"/>
          <w:lang w:eastAsia="ko-KR"/>
        </w:rPr>
        <w:t xml:space="preserve"> E-Mail :</w:t>
      </w:r>
      <w:r w:rsidR="00F45BC6" w:rsidRPr="00F45BC6">
        <w:rPr>
          <w:rFonts w:ascii="맑은 고딕" w:eastAsia="맑은 고딕" w:hAnsi="맑은 고딕" w:cs="맑은 고딕" w:hint="eastAsia"/>
          <w:sz w:val="24"/>
          <w:szCs w:val="24"/>
          <w:lang w:eastAsia="ko-KR"/>
        </w:rPr>
        <w:t xml:space="preserve"> </w:t>
      </w:r>
      <w:hyperlink r:id="rId8" w:history="1">
        <w:r w:rsidR="00F45BC6" w:rsidRPr="00F45BC6">
          <w:rPr>
            <w:rStyle w:val="aff1"/>
            <w:rFonts w:ascii="맑은 고딕" w:eastAsia="맑은 고딕" w:hAnsi="맑은 고딕" w:cs="맑은 고딕" w:hint="eastAsia"/>
            <w:sz w:val="24"/>
            <w:szCs w:val="24"/>
            <w:lang w:eastAsia="ko-KR"/>
          </w:rPr>
          <w:t>sales@baco-solution.com</w:t>
        </w:r>
      </w:hyperlink>
      <w:r w:rsidR="00F45BC6" w:rsidRPr="00F45BC6">
        <w:rPr>
          <w:rFonts w:ascii="맑은 고딕" w:eastAsia="맑은 고딕" w:hAnsi="맑은 고딕" w:cs="맑은 고딕" w:hint="eastAsia"/>
          <w:sz w:val="24"/>
          <w:szCs w:val="24"/>
          <w:lang w:eastAsia="ko-KR"/>
        </w:rPr>
        <w:t xml:space="preserve"> </w:t>
      </w:r>
    </w:p>
    <w:p w14:paraId="7B860545" w14:textId="12FF8948" w:rsidR="00F45BC6" w:rsidRPr="00F45BC6" w:rsidRDefault="00F45BC6">
      <w:pPr>
        <w:spacing w:after="120"/>
        <w:rPr>
          <w:rFonts w:eastAsia="맑은 고딕"/>
          <w:sz w:val="24"/>
          <w:szCs w:val="24"/>
          <w:lang w:eastAsia="ko-KR"/>
        </w:rPr>
      </w:pPr>
      <w:r w:rsidRPr="00F45BC6">
        <w:rPr>
          <w:rFonts w:ascii="맑은 고딕" w:eastAsia="맑은 고딕" w:hAnsi="맑은 고딕" w:cs="맑은 고딕" w:hint="eastAsia"/>
          <w:sz w:val="24"/>
          <w:szCs w:val="24"/>
          <w:lang w:eastAsia="ko-KR"/>
        </w:rPr>
        <w:t xml:space="preserve">           </w:t>
      </w:r>
      <w:hyperlink r:id="rId9" w:history="1">
        <w:r w:rsidRPr="00F45BC6">
          <w:rPr>
            <w:rStyle w:val="aff1"/>
            <w:rFonts w:ascii="맑은 고딕" w:eastAsia="맑은 고딕" w:hAnsi="맑은 고딕" w:cs="맑은 고딕" w:hint="eastAsia"/>
            <w:sz w:val="24"/>
            <w:szCs w:val="24"/>
            <w:lang w:eastAsia="ko-KR"/>
          </w:rPr>
          <w:t>sjkang@baco-solution.com</w:t>
        </w:r>
      </w:hyperlink>
      <w:r w:rsidRPr="00F45BC6">
        <w:rPr>
          <w:rFonts w:ascii="맑은 고딕" w:eastAsia="맑은 고딕" w:hAnsi="맑은 고딕" w:cs="맑은 고딕" w:hint="eastAsia"/>
          <w:sz w:val="24"/>
          <w:szCs w:val="24"/>
          <w:lang w:eastAsia="ko-KR"/>
        </w:rPr>
        <w:t xml:space="preserve"> </w:t>
      </w:r>
    </w:p>
    <w:p w14:paraId="09BE6986" w14:textId="77777777" w:rsidR="00C4672B" w:rsidRDefault="00000000">
      <w:pPr>
        <w:pStyle w:val="1"/>
        <w:rPr>
          <w:lang w:eastAsia="ko-KR"/>
        </w:rPr>
      </w:pPr>
      <w:r>
        <w:rPr>
          <w:lang w:eastAsia="ko-KR"/>
        </w:rPr>
        <w:t xml:space="preserve">5. </w:t>
      </w:r>
      <w:r>
        <w:rPr>
          <w:lang w:eastAsia="ko-KR"/>
        </w:rPr>
        <w:t>개찰</w:t>
      </w:r>
      <w:r>
        <w:rPr>
          <w:lang w:eastAsia="ko-KR"/>
        </w:rPr>
        <w:t xml:space="preserve"> </w:t>
      </w:r>
      <w:r>
        <w:rPr>
          <w:lang w:eastAsia="ko-KR"/>
        </w:rPr>
        <w:t>일시</w:t>
      </w:r>
      <w:r>
        <w:rPr>
          <w:lang w:eastAsia="ko-KR"/>
        </w:rPr>
        <w:t xml:space="preserve"> </w:t>
      </w:r>
      <w:r>
        <w:rPr>
          <w:lang w:eastAsia="ko-KR"/>
        </w:rPr>
        <w:t>및</w:t>
      </w:r>
      <w:r>
        <w:rPr>
          <w:lang w:eastAsia="ko-KR"/>
        </w:rPr>
        <w:t xml:space="preserve"> </w:t>
      </w:r>
      <w:r>
        <w:rPr>
          <w:lang w:eastAsia="ko-KR"/>
        </w:rPr>
        <w:t>장소</w:t>
      </w:r>
    </w:p>
    <w:p w14:paraId="68E2F9AB" w14:textId="5B19B007" w:rsidR="00C4672B" w:rsidRPr="00F45BC6" w:rsidRDefault="00000000">
      <w:pPr>
        <w:spacing w:after="120"/>
        <w:rPr>
          <w:sz w:val="24"/>
          <w:szCs w:val="24"/>
          <w:lang w:eastAsia="ko-KR"/>
        </w:rPr>
      </w:pPr>
      <w:r w:rsidRPr="00F45BC6">
        <w:rPr>
          <w:sz w:val="24"/>
          <w:szCs w:val="24"/>
          <w:lang w:eastAsia="ko-KR"/>
        </w:rPr>
        <w:t>가</w:t>
      </w:r>
      <w:r w:rsidRPr="00F45BC6">
        <w:rPr>
          <w:sz w:val="24"/>
          <w:szCs w:val="24"/>
          <w:lang w:eastAsia="ko-KR"/>
        </w:rPr>
        <w:t xml:space="preserve">. </w:t>
      </w:r>
      <w:r w:rsidRPr="00F45BC6">
        <w:rPr>
          <w:sz w:val="24"/>
          <w:szCs w:val="24"/>
          <w:lang w:eastAsia="ko-KR"/>
        </w:rPr>
        <w:t>일시</w:t>
      </w:r>
      <w:r w:rsidRPr="00F45BC6">
        <w:rPr>
          <w:sz w:val="24"/>
          <w:szCs w:val="24"/>
          <w:lang w:eastAsia="ko-KR"/>
        </w:rPr>
        <w:t xml:space="preserve">: </w:t>
      </w:r>
      <w:r w:rsidR="001521DD" w:rsidRPr="00F45BC6">
        <w:rPr>
          <w:sz w:val="24"/>
          <w:szCs w:val="24"/>
          <w:lang w:eastAsia="ko-KR"/>
        </w:rPr>
        <w:t>2025.0</w:t>
      </w:r>
      <w:r w:rsidR="001521DD" w:rsidRPr="00F45BC6">
        <w:rPr>
          <w:rFonts w:eastAsia="맑은 고딕" w:hint="eastAsia"/>
          <w:sz w:val="24"/>
          <w:szCs w:val="24"/>
          <w:lang w:eastAsia="ko-KR"/>
        </w:rPr>
        <w:t>6</w:t>
      </w:r>
      <w:r w:rsidR="001521DD" w:rsidRPr="00F45BC6">
        <w:rPr>
          <w:sz w:val="24"/>
          <w:szCs w:val="24"/>
          <w:lang w:eastAsia="ko-KR"/>
        </w:rPr>
        <w:t>.</w:t>
      </w:r>
      <w:r w:rsidR="001521DD" w:rsidRPr="00F45BC6">
        <w:rPr>
          <w:rFonts w:eastAsia="맑은 고딕" w:hint="eastAsia"/>
          <w:sz w:val="24"/>
          <w:szCs w:val="24"/>
          <w:lang w:eastAsia="ko-KR"/>
        </w:rPr>
        <w:t>27</w:t>
      </w:r>
      <w:r w:rsidR="001521DD" w:rsidRPr="00F45BC6">
        <w:rPr>
          <w:sz w:val="24"/>
          <w:szCs w:val="24"/>
          <w:lang w:eastAsia="ko-KR"/>
        </w:rPr>
        <w:t>.(</w:t>
      </w:r>
      <w:r w:rsidR="001521DD" w:rsidRPr="00F45BC6">
        <w:rPr>
          <w:rFonts w:ascii="맑은 고딕" w:eastAsia="맑은 고딕" w:hAnsi="맑은 고딕" w:cs="맑은 고딕" w:hint="eastAsia"/>
          <w:sz w:val="24"/>
          <w:szCs w:val="24"/>
          <w:lang w:eastAsia="ko-KR"/>
        </w:rPr>
        <w:t>금</w:t>
      </w:r>
      <w:r w:rsidR="001521DD" w:rsidRPr="00F45BC6">
        <w:rPr>
          <w:sz w:val="24"/>
          <w:szCs w:val="24"/>
          <w:lang w:eastAsia="ko-KR"/>
        </w:rPr>
        <w:t xml:space="preserve">) </w:t>
      </w:r>
      <w:r w:rsidR="001521DD" w:rsidRPr="00F45BC6">
        <w:rPr>
          <w:rFonts w:eastAsia="맑은 고딕" w:hint="eastAsia"/>
          <w:sz w:val="24"/>
          <w:szCs w:val="24"/>
          <w:lang w:eastAsia="ko-KR"/>
        </w:rPr>
        <w:t>17</w:t>
      </w:r>
      <w:r w:rsidR="001521DD" w:rsidRPr="00F45BC6">
        <w:rPr>
          <w:sz w:val="24"/>
          <w:szCs w:val="24"/>
          <w:lang w:eastAsia="ko-KR"/>
        </w:rPr>
        <w:t>:00</w:t>
      </w:r>
    </w:p>
    <w:p w14:paraId="6690F39B" w14:textId="4483AA75" w:rsidR="00C4672B" w:rsidRPr="00F45BC6" w:rsidRDefault="00000000">
      <w:pPr>
        <w:spacing w:after="120"/>
        <w:rPr>
          <w:rFonts w:eastAsia="맑은 고딕"/>
          <w:sz w:val="24"/>
          <w:szCs w:val="24"/>
          <w:lang w:eastAsia="ko-KR"/>
        </w:rPr>
      </w:pPr>
      <w:r w:rsidRPr="00F45BC6">
        <w:rPr>
          <w:sz w:val="24"/>
          <w:szCs w:val="24"/>
          <w:lang w:eastAsia="ko-KR"/>
        </w:rPr>
        <w:t>나</w:t>
      </w:r>
      <w:r w:rsidRPr="00F45BC6">
        <w:rPr>
          <w:sz w:val="24"/>
          <w:szCs w:val="24"/>
          <w:lang w:eastAsia="ko-KR"/>
        </w:rPr>
        <w:t xml:space="preserve">. </w:t>
      </w:r>
      <w:r w:rsidRPr="00F45BC6">
        <w:rPr>
          <w:sz w:val="24"/>
          <w:szCs w:val="24"/>
          <w:lang w:eastAsia="ko-KR"/>
        </w:rPr>
        <w:t>장소</w:t>
      </w:r>
      <w:r w:rsidRPr="00F45BC6">
        <w:rPr>
          <w:sz w:val="24"/>
          <w:szCs w:val="24"/>
          <w:lang w:eastAsia="ko-KR"/>
        </w:rPr>
        <w:t xml:space="preserve">: </w:t>
      </w:r>
      <w:r w:rsidR="001521DD" w:rsidRPr="00F45BC6">
        <w:rPr>
          <w:rFonts w:eastAsia="맑은 고딕" w:hint="eastAsia"/>
          <w:sz w:val="24"/>
          <w:szCs w:val="24"/>
          <w:lang w:eastAsia="ko-KR"/>
        </w:rPr>
        <w:t>㈜</w:t>
      </w:r>
      <w:proofErr w:type="spellStart"/>
      <w:r w:rsidR="001521DD" w:rsidRPr="00F45BC6">
        <w:rPr>
          <w:rFonts w:eastAsia="맑은 고딕" w:hint="eastAsia"/>
          <w:sz w:val="24"/>
          <w:szCs w:val="24"/>
          <w:lang w:eastAsia="ko-KR"/>
        </w:rPr>
        <w:t>바코솔루션</w:t>
      </w:r>
      <w:proofErr w:type="spellEnd"/>
      <w:r w:rsidR="001521DD" w:rsidRPr="00F45BC6">
        <w:rPr>
          <w:rFonts w:eastAsia="맑은 고딕" w:hint="eastAsia"/>
          <w:sz w:val="24"/>
          <w:szCs w:val="24"/>
          <w:lang w:eastAsia="ko-KR"/>
        </w:rPr>
        <w:t xml:space="preserve"> - </w:t>
      </w:r>
      <w:r w:rsidR="001521DD" w:rsidRPr="00F45BC6">
        <w:rPr>
          <w:rFonts w:eastAsia="맑은 고딕" w:hint="eastAsia"/>
          <w:sz w:val="24"/>
          <w:szCs w:val="24"/>
          <w:lang w:eastAsia="ko-KR"/>
        </w:rPr>
        <w:t>홈페이지</w:t>
      </w:r>
    </w:p>
    <w:p w14:paraId="61DE5D05" w14:textId="77777777" w:rsidR="00C4672B" w:rsidRDefault="00000000">
      <w:pPr>
        <w:pStyle w:val="1"/>
        <w:rPr>
          <w:lang w:eastAsia="ko-KR"/>
        </w:rPr>
      </w:pPr>
      <w:r>
        <w:rPr>
          <w:lang w:eastAsia="ko-KR"/>
        </w:rPr>
        <w:t xml:space="preserve">6. </w:t>
      </w:r>
      <w:r>
        <w:rPr>
          <w:lang w:eastAsia="ko-KR"/>
        </w:rPr>
        <w:t>기타</w:t>
      </w:r>
      <w:r>
        <w:rPr>
          <w:lang w:eastAsia="ko-KR"/>
        </w:rPr>
        <w:t xml:space="preserve"> </w:t>
      </w:r>
      <w:r>
        <w:rPr>
          <w:lang w:eastAsia="ko-KR"/>
        </w:rPr>
        <w:t>사항</w:t>
      </w:r>
    </w:p>
    <w:p w14:paraId="2AA36F3F" w14:textId="77777777" w:rsidR="00C4672B" w:rsidRPr="00F45BC6" w:rsidRDefault="00000000">
      <w:pPr>
        <w:spacing w:after="120"/>
        <w:rPr>
          <w:sz w:val="24"/>
          <w:szCs w:val="24"/>
          <w:lang w:eastAsia="ko-KR"/>
        </w:rPr>
      </w:pPr>
      <w:r w:rsidRPr="00F45BC6">
        <w:rPr>
          <w:sz w:val="24"/>
          <w:szCs w:val="24"/>
          <w:lang w:eastAsia="ko-KR"/>
        </w:rPr>
        <w:t>가</w:t>
      </w:r>
      <w:r w:rsidRPr="00F45BC6">
        <w:rPr>
          <w:sz w:val="24"/>
          <w:szCs w:val="24"/>
          <w:lang w:eastAsia="ko-KR"/>
        </w:rPr>
        <w:t xml:space="preserve">. </w:t>
      </w:r>
      <w:r w:rsidRPr="00F45BC6">
        <w:rPr>
          <w:sz w:val="24"/>
          <w:szCs w:val="24"/>
          <w:lang w:eastAsia="ko-KR"/>
        </w:rPr>
        <w:t>입찰참가자는</w:t>
      </w:r>
      <w:r w:rsidRPr="00F45BC6">
        <w:rPr>
          <w:sz w:val="24"/>
          <w:szCs w:val="24"/>
          <w:lang w:eastAsia="ko-KR"/>
        </w:rPr>
        <w:t xml:space="preserve"> </w:t>
      </w:r>
      <w:r w:rsidRPr="00F45BC6">
        <w:rPr>
          <w:sz w:val="24"/>
          <w:szCs w:val="24"/>
          <w:lang w:eastAsia="ko-KR"/>
        </w:rPr>
        <w:t>제안요청서</w:t>
      </w:r>
      <w:r w:rsidRPr="00F45BC6">
        <w:rPr>
          <w:sz w:val="24"/>
          <w:szCs w:val="24"/>
          <w:lang w:eastAsia="ko-KR"/>
        </w:rPr>
        <w:t xml:space="preserve"> </w:t>
      </w:r>
      <w:r w:rsidRPr="00F45BC6">
        <w:rPr>
          <w:sz w:val="24"/>
          <w:szCs w:val="24"/>
          <w:lang w:eastAsia="ko-KR"/>
        </w:rPr>
        <w:t>및</w:t>
      </w:r>
      <w:r w:rsidRPr="00F45BC6">
        <w:rPr>
          <w:sz w:val="24"/>
          <w:szCs w:val="24"/>
          <w:lang w:eastAsia="ko-KR"/>
        </w:rPr>
        <w:t xml:space="preserve"> </w:t>
      </w:r>
      <w:r w:rsidRPr="00F45BC6">
        <w:rPr>
          <w:sz w:val="24"/>
          <w:szCs w:val="24"/>
          <w:lang w:eastAsia="ko-KR"/>
        </w:rPr>
        <w:t>계약조건</w:t>
      </w:r>
      <w:r w:rsidRPr="00F45BC6">
        <w:rPr>
          <w:sz w:val="24"/>
          <w:szCs w:val="24"/>
          <w:lang w:eastAsia="ko-KR"/>
        </w:rPr>
        <w:t xml:space="preserve">, </w:t>
      </w:r>
      <w:r w:rsidRPr="00F45BC6">
        <w:rPr>
          <w:sz w:val="24"/>
          <w:szCs w:val="24"/>
          <w:lang w:eastAsia="ko-KR"/>
        </w:rPr>
        <w:t>관련</w:t>
      </w:r>
      <w:r w:rsidRPr="00F45BC6">
        <w:rPr>
          <w:sz w:val="24"/>
          <w:szCs w:val="24"/>
          <w:lang w:eastAsia="ko-KR"/>
        </w:rPr>
        <w:t xml:space="preserve"> </w:t>
      </w:r>
      <w:r w:rsidRPr="00F45BC6">
        <w:rPr>
          <w:sz w:val="24"/>
          <w:szCs w:val="24"/>
          <w:lang w:eastAsia="ko-KR"/>
        </w:rPr>
        <w:t>규정을</w:t>
      </w:r>
      <w:r w:rsidRPr="00F45BC6">
        <w:rPr>
          <w:sz w:val="24"/>
          <w:szCs w:val="24"/>
          <w:lang w:eastAsia="ko-KR"/>
        </w:rPr>
        <w:t xml:space="preserve"> </w:t>
      </w:r>
      <w:r w:rsidRPr="00F45BC6">
        <w:rPr>
          <w:sz w:val="24"/>
          <w:szCs w:val="24"/>
          <w:lang w:eastAsia="ko-KR"/>
        </w:rPr>
        <w:t>숙지해야</w:t>
      </w:r>
      <w:r w:rsidRPr="00F45BC6">
        <w:rPr>
          <w:sz w:val="24"/>
          <w:szCs w:val="24"/>
          <w:lang w:eastAsia="ko-KR"/>
        </w:rPr>
        <w:t xml:space="preserve"> </w:t>
      </w:r>
      <w:r w:rsidRPr="00F45BC6">
        <w:rPr>
          <w:sz w:val="24"/>
          <w:szCs w:val="24"/>
          <w:lang w:eastAsia="ko-KR"/>
        </w:rPr>
        <w:t>함</w:t>
      </w:r>
      <w:r w:rsidRPr="00F45BC6">
        <w:rPr>
          <w:sz w:val="24"/>
          <w:szCs w:val="24"/>
          <w:lang w:eastAsia="ko-KR"/>
        </w:rPr>
        <w:t>.</w:t>
      </w:r>
    </w:p>
    <w:p w14:paraId="5AEF82FA" w14:textId="088830E3" w:rsidR="00C4672B" w:rsidRPr="00F45BC6" w:rsidRDefault="00000000">
      <w:pPr>
        <w:spacing w:after="120"/>
        <w:rPr>
          <w:sz w:val="24"/>
          <w:szCs w:val="24"/>
          <w:lang w:eastAsia="ko-KR"/>
        </w:rPr>
      </w:pPr>
      <w:r w:rsidRPr="00F45BC6">
        <w:rPr>
          <w:sz w:val="24"/>
          <w:szCs w:val="24"/>
          <w:lang w:eastAsia="ko-KR"/>
        </w:rPr>
        <w:t>나</w:t>
      </w:r>
      <w:r w:rsidRPr="00F45BC6">
        <w:rPr>
          <w:sz w:val="24"/>
          <w:szCs w:val="24"/>
          <w:lang w:eastAsia="ko-KR"/>
        </w:rPr>
        <w:t xml:space="preserve">. </w:t>
      </w:r>
      <w:r w:rsidRPr="00F45BC6">
        <w:rPr>
          <w:sz w:val="24"/>
          <w:szCs w:val="24"/>
          <w:lang w:eastAsia="ko-KR"/>
        </w:rPr>
        <w:t>문의처</w:t>
      </w:r>
      <w:r w:rsidRPr="00F45BC6">
        <w:rPr>
          <w:sz w:val="24"/>
          <w:szCs w:val="24"/>
          <w:lang w:eastAsia="ko-KR"/>
        </w:rPr>
        <w:t xml:space="preserve">: </w:t>
      </w:r>
      <w:r w:rsidR="001521DD" w:rsidRPr="00F45BC6">
        <w:rPr>
          <w:rFonts w:eastAsia="맑은 고딕" w:hint="eastAsia"/>
          <w:sz w:val="24"/>
          <w:szCs w:val="24"/>
          <w:lang w:eastAsia="ko-KR"/>
        </w:rPr>
        <w:t>㈜</w:t>
      </w:r>
      <w:proofErr w:type="spellStart"/>
      <w:r w:rsidR="001521DD" w:rsidRPr="00F45BC6">
        <w:rPr>
          <w:rFonts w:eastAsia="맑은 고딕" w:hint="eastAsia"/>
          <w:sz w:val="24"/>
          <w:szCs w:val="24"/>
          <w:lang w:eastAsia="ko-KR"/>
        </w:rPr>
        <w:t>바코솔루션</w:t>
      </w:r>
      <w:proofErr w:type="spellEnd"/>
      <w:r w:rsidR="001521DD" w:rsidRPr="00F45BC6">
        <w:rPr>
          <w:rFonts w:eastAsia="맑은 고딕" w:hint="eastAsia"/>
          <w:sz w:val="24"/>
          <w:szCs w:val="24"/>
          <w:lang w:eastAsia="ko-KR"/>
        </w:rPr>
        <w:t xml:space="preserve"> </w:t>
      </w:r>
      <w:r w:rsidR="001521DD" w:rsidRPr="00F45BC6">
        <w:rPr>
          <w:rFonts w:eastAsia="맑은 고딕" w:hint="eastAsia"/>
          <w:sz w:val="24"/>
          <w:szCs w:val="24"/>
          <w:lang w:eastAsia="ko-KR"/>
        </w:rPr>
        <w:t>경영지원</w:t>
      </w:r>
      <w:r w:rsidR="001521DD" w:rsidRPr="00F45BC6">
        <w:rPr>
          <w:rFonts w:eastAsia="맑은 고딕" w:hint="eastAsia"/>
          <w:sz w:val="24"/>
          <w:szCs w:val="24"/>
          <w:lang w:eastAsia="ko-KR"/>
        </w:rPr>
        <w:t xml:space="preserve"> </w:t>
      </w:r>
      <w:r w:rsidR="001521DD" w:rsidRPr="00F45BC6">
        <w:rPr>
          <w:rFonts w:eastAsia="맑은 고딕" w:hint="eastAsia"/>
          <w:sz w:val="24"/>
          <w:szCs w:val="24"/>
          <w:lang w:eastAsia="ko-KR"/>
        </w:rPr>
        <w:t>본부</w:t>
      </w:r>
      <w:r w:rsidR="001521DD" w:rsidRPr="00F45BC6">
        <w:rPr>
          <w:rFonts w:eastAsia="맑은 고딕" w:hint="eastAsia"/>
          <w:sz w:val="24"/>
          <w:szCs w:val="24"/>
          <w:lang w:eastAsia="ko-KR"/>
        </w:rPr>
        <w:t xml:space="preserve"> </w:t>
      </w:r>
      <w:r w:rsidRPr="00F45BC6">
        <w:rPr>
          <w:sz w:val="24"/>
          <w:szCs w:val="24"/>
          <w:lang w:eastAsia="ko-KR"/>
        </w:rPr>
        <w:t>(☎ 0</w:t>
      </w:r>
      <w:r w:rsidR="001521DD" w:rsidRPr="00F45BC6">
        <w:rPr>
          <w:rFonts w:eastAsia="맑은 고딕" w:hint="eastAsia"/>
          <w:sz w:val="24"/>
          <w:szCs w:val="24"/>
          <w:lang w:eastAsia="ko-KR"/>
        </w:rPr>
        <w:t>31-613-8089</w:t>
      </w:r>
      <w:r w:rsidRPr="00F45BC6">
        <w:rPr>
          <w:sz w:val="24"/>
          <w:szCs w:val="24"/>
          <w:lang w:eastAsia="ko-KR"/>
        </w:rPr>
        <w:t>)</w:t>
      </w:r>
    </w:p>
    <w:p w14:paraId="3180886A" w14:textId="53573295" w:rsidR="00C4672B" w:rsidRPr="001521DD" w:rsidRDefault="00F45BC6" w:rsidP="00F45BC6">
      <w:pPr>
        <w:ind w:left="4620" w:hangingChars="2100" w:hanging="4620"/>
        <w:rPr>
          <w:rFonts w:eastAsia="맑은 고딕"/>
          <w:b/>
          <w:bCs/>
          <w:sz w:val="44"/>
          <w:szCs w:val="44"/>
          <w:lang w:eastAsia="ko-KR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6C18074" wp14:editId="0FF424EB">
            <wp:simplePos x="0" y="0"/>
            <wp:positionH relativeFrom="column">
              <wp:posOffset>4791075</wp:posOffset>
            </wp:positionH>
            <wp:positionV relativeFrom="paragraph">
              <wp:posOffset>140970</wp:posOffset>
            </wp:positionV>
            <wp:extent cx="869950" cy="885825"/>
            <wp:effectExtent l="0" t="0" r="6350" b="9525"/>
            <wp:wrapTight wrapText="bothSides">
              <wp:wrapPolygon edited="0">
                <wp:start x="0" y="0"/>
                <wp:lineTo x="0" y="21368"/>
                <wp:lineTo x="21285" y="21368"/>
                <wp:lineTo x="21285" y="0"/>
                <wp:lineTo x="0" y="0"/>
              </wp:wrapPolygon>
            </wp:wrapTight>
            <wp:docPr id="8220" name="Picture 18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1C2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0" name="Picture 18">
                      <a:extLst>
                        <a:ext uri="{FF2B5EF4-FFF2-40B4-BE49-F238E27FC236}">
                          <a16:creationId xmlns:a16="http://schemas.microsoft.com/office/drawing/2014/main" id="{00000000-0008-0000-0000-00001C20000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95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lang w:eastAsia="ko-KR"/>
        </w:rPr>
        <w:br/>
      </w:r>
      <w:r w:rsidR="001521DD" w:rsidRPr="001521DD">
        <w:rPr>
          <w:rFonts w:eastAsia="맑은 고딕" w:hint="eastAsia"/>
          <w:b/>
          <w:bCs/>
          <w:sz w:val="44"/>
          <w:szCs w:val="44"/>
          <w:lang w:eastAsia="ko-KR"/>
        </w:rPr>
        <w:t>㈜</w:t>
      </w:r>
      <w:proofErr w:type="spellStart"/>
      <w:r w:rsidR="001521DD" w:rsidRPr="001521DD">
        <w:rPr>
          <w:rFonts w:eastAsia="맑은 고딕" w:hint="eastAsia"/>
          <w:b/>
          <w:bCs/>
          <w:sz w:val="44"/>
          <w:szCs w:val="44"/>
          <w:lang w:eastAsia="ko-KR"/>
        </w:rPr>
        <w:t>바코솔루션</w:t>
      </w:r>
      <w:proofErr w:type="spellEnd"/>
      <w:r w:rsidR="001521DD" w:rsidRPr="001521DD">
        <w:rPr>
          <w:rFonts w:eastAsia="맑은 고딕" w:hint="eastAsia"/>
          <w:b/>
          <w:bCs/>
          <w:sz w:val="44"/>
          <w:szCs w:val="44"/>
          <w:lang w:eastAsia="ko-KR"/>
        </w:rPr>
        <w:t xml:space="preserve"> </w:t>
      </w:r>
      <w:r w:rsidR="001521DD">
        <w:rPr>
          <w:rFonts w:eastAsia="맑은 고딕" w:hint="eastAsia"/>
          <w:b/>
          <w:bCs/>
          <w:sz w:val="44"/>
          <w:szCs w:val="44"/>
          <w:lang w:eastAsia="ko-KR"/>
        </w:rPr>
        <w:t xml:space="preserve"> </w:t>
      </w:r>
    </w:p>
    <w:sectPr w:rsidR="00C4672B" w:rsidRPr="001521D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8CA2C" w14:textId="77777777" w:rsidR="002462E0" w:rsidRDefault="002462E0" w:rsidP="00CB4FD8">
      <w:pPr>
        <w:spacing w:after="0" w:line="240" w:lineRule="auto"/>
      </w:pPr>
      <w:r>
        <w:separator/>
      </w:r>
    </w:p>
  </w:endnote>
  <w:endnote w:type="continuationSeparator" w:id="0">
    <w:p w14:paraId="499E7579" w14:textId="77777777" w:rsidR="002462E0" w:rsidRDefault="002462E0" w:rsidP="00CB4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dobe Fan Heiti Std B">
    <w:panose1 w:val="020B0700000000000000"/>
    <w:charset w:val="80"/>
    <w:family w:val="swiss"/>
    <w:notTrueType/>
    <w:pitch w:val="variable"/>
    <w:sig w:usb0="00000203" w:usb1="1A0F1900" w:usb2="00000016" w:usb3="00000000" w:csb0="0012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3770D" w14:textId="77777777" w:rsidR="002462E0" w:rsidRDefault="002462E0" w:rsidP="00CB4FD8">
      <w:pPr>
        <w:spacing w:after="0" w:line="240" w:lineRule="auto"/>
      </w:pPr>
      <w:r>
        <w:separator/>
      </w:r>
    </w:p>
  </w:footnote>
  <w:footnote w:type="continuationSeparator" w:id="0">
    <w:p w14:paraId="5E8B78B0" w14:textId="77777777" w:rsidR="002462E0" w:rsidRDefault="002462E0" w:rsidP="00CB4F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59396277">
    <w:abstractNumId w:val="8"/>
  </w:num>
  <w:num w:numId="2" w16cid:durableId="499007749">
    <w:abstractNumId w:val="6"/>
  </w:num>
  <w:num w:numId="3" w16cid:durableId="568613687">
    <w:abstractNumId w:val="5"/>
  </w:num>
  <w:num w:numId="4" w16cid:durableId="864289029">
    <w:abstractNumId w:val="4"/>
  </w:num>
  <w:num w:numId="5" w16cid:durableId="1486506515">
    <w:abstractNumId w:val="7"/>
  </w:num>
  <w:num w:numId="6" w16cid:durableId="1090390379">
    <w:abstractNumId w:val="3"/>
  </w:num>
  <w:num w:numId="7" w16cid:durableId="1220896772">
    <w:abstractNumId w:val="2"/>
  </w:num>
  <w:num w:numId="8" w16cid:durableId="1975208067">
    <w:abstractNumId w:val="1"/>
  </w:num>
  <w:num w:numId="9" w16cid:durableId="1417286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521DD"/>
    <w:rsid w:val="002462E0"/>
    <w:rsid w:val="0029639D"/>
    <w:rsid w:val="00326F90"/>
    <w:rsid w:val="004D64EF"/>
    <w:rsid w:val="00A05C2F"/>
    <w:rsid w:val="00AA1D8D"/>
    <w:rsid w:val="00AC77C6"/>
    <w:rsid w:val="00B47730"/>
    <w:rsid w:val="00BC6474"/>
    <w:rsid w:val="00C4672B"/>
    <w:rsid w:val="00CB0664"/>
    <w:rsid w:val="00CB4FD8"/>
    <w:rsid w:val="00CC70B5"/>
    <w:rsid w:val="00D03E6F"/>
    <w:rsid w:val="00DD4C21"/>
    <w:rsid w:val="00F45BC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C5D92D2"/>
  <w14:defaultImageDpi w14:val="300"/>
  <w15:docId w15:val="{87A14232-7CF9-46D9-B8F4-17BEC7E3C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1">
    <w:name w:val="Hyperlink"/>
    <w:basedOn w:val="a2"/>
    <w:uiPriority w:val="99"/>
    <w:unhideWhenUsed/>
    <w:rsid w:val="00F45BC6"/>
    <w:rPr>
      <w:color w:val="0000FF" w:themeColor="hyperlink"/>
      <w:u w:val="single"/>
    </w:rPr>
  </w:style>
  <w:style w:type="character" w:styleId="aff2">
    <w:name w:val="Unresolved Mention"/>
    <w:basedOn w:val="a2"/>
    <w:uiPriority w:val="99"/>
    <w:semiHidden/>
    <w:unhideWhenUsed/>
    <w:rsid w:val="00F45B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les@baco-solution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hyperlink" Target="mailto:sjkang@baco-soluti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157</Words>
  <Characters>901</Characters>
  <Application>Microsoft Office Word</Application>
  <DocSecurity>0</DocSecurity>
  <Lines>7</Lines>
  <Paragraphs>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1056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성진 강</cp:lastModifiedBy>
  <cp:revision>4</cp:revision>
  <dcterms:created xsi:type="dcterms:W3CDTF">2025-06-17T08:22:00Z</dcterms:created>
  <dcterms:modified xsi:type="dcterms:W3CDTF">2025-06-18T06:53:00Z</dcterms:modified>
  <cp:category/>
</cp:coreProperties>
</file>